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Testdokument für md-converter.de</w:t>
      </w:r>
    </w:p>
    <w:p>
      <w:r>
        <w:t xml:space="preserve">Dieses Dokument ist </w:t>
      </w:r>
      <w:r>
        <w:rPr>
          <w:b/>
        </w:rPr>
        <w:t>frei erfunden</w:t>
      </w:r>
      <w:r>
        <w:t xml:space="preserve"> und dient nur als Testdatei. Es enthält </w:t>
      </w:r>
      <w:r>
        <w:rPr>
          <w:i/>
        </w:rPr>
        <w:t>keine echten Daten</w:t>
      </w:r>
      <w:r>
        <w:t>. Umlaute zur Kontrolle: Äpfel, Öfen, Übermaß.</w:t>
      </w:r>
    </w:p>
    <w:p>
      <w:pPr>
        <w:pStyle w:val="Heading2"/>
      </w:pPr>
      <w:r>
        <w:t>Was geprüft wird</w:t>
      </w:r>
    </w:p>
    <w:p>
      <w:pPr>
        <w:pStyle w:val="ListBullet"/>
      </w:pPr>
      <w:r>
        <w:t>Überschriften bleiben Überschriften</w:t>
      </w:r>
    </w:p>
    <w:p>
      <w:pPr>
        <w:pStyle w:val="ListBullet"/>
      </w:pPr>
      <w:r>
        <w:t>Listen bleiben Listen</w:t>
      </w:r>
    </w:p>
    <w:p>
      <w:pPr>
        <w:pStyle w:val="ListBullet"/>
      </w:pPr>
      <w:r>
        <w:t>Die Tabelle bleibt eine Tabelle</w:t>
      </w:r>
    </w:p>
    <w:p>
      <w:pPr>
        <w:pStyle w:val="ListBullet"/>
      </w:pPr>
      <w:r>
        <w:t>Der Link bleibt anklickbar</w:t>
      </w:r>
    </w:p>
    <w:p>
      <w:pPr>
        <w:pStyle w:val="Heading2"/>
      </w:pPr>
      <w:r>
        <w:t>Ablauf</w:t>
      </w:r>
    </w:p>
    <w:p>
      <w:pPr>
        <w:pStyle w:val="ListNumber"/>
      </w:pPr>
      <w:r>
        <w:t>Datei auswählen</w:t>
      </w:r>
    </w:p>
    <w:p>
      <w:pPr>
        <w:pStyle w:val="ListNumber"/>
      </w:pPr>
      <w:r>
        <w:t>Ergebnis prüfen</w:t>
      </w:r>
    </w:p>
    <w:p>
      <w:pPr>
        <w:pStyle w:val="ListNumber"/>
      </w:pPr>
      <w:r>
        <w:t>Markdown herunterladen</w:t>
      </w:r>
    </w:p>
    <w:p>
      <w:pPr>
        <w:pStyle w:val="Heading2"/>
      </w:pPr>
      <w:r>
        <w:t>Beispieltabelle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Erwartung im Markdown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Beispielwert</w:t>
            </w:r>
          </w:p>
        </w:tc>
      </w:tr>
      <w:tr>
        <w:tc>
          <w:tcPr>
            <w:tcW w:type="dxa" w:w="2880"/>
          </w:tcPr>
          <w:p>
            <w:r>
              <w:t>Überschrift</w:t>
            </w:r>
          </w:p>
        </w:tc>
        <w:tc>
          <w:tcPr>
            <w:tcW w:type="dxa" w:w="2880"/>
          </w:tcPr>
          <w:p>
            <w:r>
              <w:t>Zeile beginnt mit #</w:t>
            </w:r>
          </w:p>
        </w:tc>
        <w:tc>
          <w:tcPr>
            <w:tcW w:type="dxa" w:w="2880"/>
          </w:tcPr>
          <w:p>
            <w:r>
              <w:t>Ablauf</w:t>
            </w:r>
          </w:p>
        </w:tc>
      </w:tr>
      <w:tr>
        <w:tc>
          <w:tcPr>
            <w:tcW w:type="dxa" w:w="2880"/>
          </w:tcPr>
          <w:p>
            <w:r>
              <w:t>Liste</w:t>
            </w:r>
          </w:p>
        </w:tc>
        <w:tc>
          <w:tcPr>
            <w:tcW w:type="dxa" w:w="2880"/>
          </w:tcPr>
          <w:p>
            <w:r>
              <w:t>Zeile beginnt mit -</w:t>
            </w:r>
          </w:p>
        </w:tc>
        <w:tc>
          <w:tcPr>
            <w:tcW w:type="dxa" w:w="2880"/>
          </w:tcPr>
          <w:p>
            <w:r>
              <w:t>Datei auswählen</w:t>
            </w:r>
          </w:p>
        </w:tc>
      </w:tr>
      <w:tr>
        <w:tc>
          <w:tcPr>
            <w:tcW w:type="dxa" w:w="2880"/>
          </w:tcPr>
          <w:p>
            <w:r>
              <w:t>Tabelle</w:t>
            </w:r>
          </w:p>
        </w:tc>
        <w:tc>
          <w:tcPr>
            <w:tcW w:type="dxa" w:w="2880"/>
          </w:tcPr>
          <w:p>
            <w:r>
              <w:t>Zeilen mit |</w:t>
            </w:r>
          </w:p>
        </w:tc>
        <w:tc>
          <w:tcPr>
            <w:tcW w:type="dxa" w:w="2880"/>
          </w:tcPr>
          <w:p>
            <w:r>
              <w:t>3 Spalten</w:t>
            </w:r>
          </w:p>
        </w:tc>
      </w:tr>
    </w:tbl>
    <w:p>
      <w:pPr>
        <w:pStyle w:val="Heading2"/>
      </w:pPr>
      <w:r>
        <w:t>Link</w:t>
      </w:r>
    </w:p>
    <w:p>
      <w:r>
        <w:t xml:space="preserve">Die Anwendung selbst: </w:t>
      </w:r>
      <w:hyperlink r:id="rId9">
        <w:r>
          <w:rPr>
            <w:rStyle w:val="Hyperlink"/>
          </w:rPr>
          <w:t>md-converter.de</w:t>
        </w:r>
      </w:hyperlink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d-converter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Testdokument für md-converter.de</dc:title>
  <dc:subject/>
  <dc:creator>Startup mit KI (Testdatei)</dc:creator>
  <cp:keywords/>
  <dc:description>Synthetische Testdatei, Inhalt frei erfunden.</dc:description>
  <cp:lastModifiedBy/>
  <cp:revision>1</cp:revision>
  <dcterms:created xsi:type="dcterms:W3CDTF">2026-10-10T00:00:00Z</dcterms:created>
  <dcterms:modified xsi:type="dcterms:W3CDTF">2026-10-10T00:00:00Z</dcterms:modified>
  <cp:category/>
</cp:coreProperties>
</file>